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שונות ואת סוג המידע שהן מבקשות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שאלה פשוטות ומורכבות מתוך סיפור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שאלות עצמאיות על טקסט 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בגיל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ביום חמישי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 עלתה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בני הנוער מלמדים את המבוגרים, ותמר מלמדת את המבוגרים דברים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בהתחלה השאלות היו פשוטות, השאלות המורכבות הגיעו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היא אומרת לחברה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מילת שאלה וסוג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(אופן או 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שמבקשת הסבר על סיבה, למשל: מאיזו סיבה תמר רוצה להיות מורה? תשובה: כי הבינה ששאלה טובה פותחת 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שמבקשת הסבר על דרך, למשל: באיזה אופן תמר פגשה את בני הנוער? תשובה: דרך שאלה על התנדבות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שמבקשת הסבר על זמן, למשל: ממתי תמר מתנדבת במרכז? תשובה: מאז שפגשה את בני הנוער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את הקטגוריה (אדם, מקום, זמן, סיבה)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מתאימה דקדוקית ותוכנית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שאלת מקום לשאלת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תחילת התרגול כדי לרענן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דוגמה אחת משותפת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במילות השאלה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על תמר, שעלתה לישראל מארגנטינה, אנחנו פוגשים מילות שאלה שונות – מהפשוטות ביותר ועד למורכבות יותר. בדף זה נתרגל לזהות אותן ולהשתמש בהן.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גיל עלתה תמר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בגיל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בגיל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מדינה עלתה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לשאלה "היכן התחנה?"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יום בשבוע תמר מתנדבת במרכז הקהילתי?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השאלה "מדוע" שואלת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תמר מתכננת ללמוד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הנדסה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לישראל מברזיל.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מלמדת בני נוער להשתמש בטלפון חכם.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של תמר בתחילת הדרך היו מורכבות כמו "באיזה אופן אפשר להתנדב?"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חושבת ששאלה לאדם נותנת גם קשר, לא רק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עלתה לישראל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השאלה "__________?" שואלת על מקום, למשל: "איפה התחנה?"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מילת השאלה ששואלת על סיבה היא "__________?"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 מתנדבת במרכז הקהילתי בכל יום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השאלה "__________ עולה הכרטיס?" שואלת על כמות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מילת שאלה וסוג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אופן או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על הסיפור עם המילים "מאיזו סיבה?"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על הסיפור עם המילים "באיזה אופן?"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על הסיפור עם המילים "עד מתי?" או "ממתי?"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שאלה שונות ואת סוג המידע שהן מבקשות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מילת השאלה "מדוע" על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"איפה" ל"מתי"?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