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שאלה שונות ואת סוג המידע שהן מבקשות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במילות שאלה פשוטות ומורכבות מתוך סיפור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שאלות עצמאיות על טקסט 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בגיל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תמר עלתה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בתחילת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מילת שאלה וסוג המידע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שאלות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שמבקשת הסבר על זמן, למשל: ממתי תמר מתנדבת במרכז? תשובה: מאז שפגשה את בני הנוער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את הקטגוריה (אדם, מקום, זמן, סיבה)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מתאימה דקדוקית ותוכנית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בין שאלת מקום לשאלת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תחילת התרגול כדי לרענן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לתת דוגמה אחת משותפת בכיתה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במילות השאלה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על תמר, שעלתה לישראל מארגנטינה, אנחנו פוגשים מילות שאלה שונות – מהפשוטות ביותר ועד למורכבות יותר. בדף זה נתרגל לזהות אותן ולהשתמש בהן.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ארגנטינה  ·  איפה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–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גיל עלתה תמר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בגיל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בגיל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בגיל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מאיזו מדינה עלתה 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מילת שאלה מתאימה לשאלה "היכן התחנה?"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עלתה לישראל מברזיל.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החליטה לשאול לפחות שאלה אחת בעברית בכל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תמר עלתה לישראל מ__________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מילת השאלה "__________?" שואלת על מקום, למשל: "איפה התחנה?"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מילת שאלה וסוג המידע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כתיבת שאלות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שאלה על הסיפור עם המילים "עד מתי?" או "ממתי?" וענו עליה.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מילות שאלה שונות ואת סוג המידע שהן מבקשות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שאלה אחת עם מילת השאלה "מדוע" על הסיפור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